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sz w:val="42"/>
        </w:rPr>
        <w:t>SHEDRACK EBUKA</w:t>
      </w:r>
    </w:p>
    <w:p>
      <w:pPr>
        <w:spacing w:after="60"/>
        <w:jc w:val="center"/>
      </w:pPr>
      <w:r>
        <w:rPr>
          <w:b/>
          <w:sz w:val="21"/>
        </w:rPr>
        <w:t>FULL STACK DEVELOPER  |  AI AUTOMATION ENGINEER</w:t>
      </w:r>
    </w:p>
    <w:p>
      <w:pPr>
        <w:spacing w:after="120"/>
        <w:jc w:val="center"/>
      </w:pPr>
      <w:r>
        <w:rPr>
          <w:sz w:val="17"/>
        </w:rPr>
        <w:t>Nigeria  •  07066833359  •  shedarckebuka339@gmail.com  •  LinkedIn: john-james-b150033ba  •  GitHub: jackjohn901</w:t>
      </w:r>
    </w:p>
    <w:p>
      <w:pPr>
        <w:spacing w:before="140" w:after="60"/>
      </w:pPr>
      <w:r>
        <w:rPr>
          <w:b/>
          <w:sz w:val="22"/>
        </w:rPr>
        <w:t>PROFESSIONAL SUMMARY</w:t>
      </w:r>
    </w:p>
    <w:p>
      <w:pPr>
        <w:spacing w:after="80"/>
      </w:pPr>
      <w:r>
        <w:t>Full Stack Developer focused on building AI-powered web applications, workflow automation, APIs, and modern SaaS solutions. Experienced with React, Next.js, Node.js, Python, Supabase, PostgreSQL, Docker, GitHub, Vercel, Shopify, n8n, and AI integrations. Strong at debugging, deploying applications, integrating third-party services, and creating scalable software solutions for businesses.</w:t>
      </w:r>
    </w:p>
    <w:p>
      <w:pPr>
        <w:spacing w:before="140" w:after="60"/>
      </w:pPr>
      <w:r>
        <w:rPr>
          <w:b/>
          <w:sz w:val="22"/>
        </w:rPr>
        <w:t>TECHNICAL SKILLS</w:t>
      </w:r>
    </w:p>
    <w:tbl>
      <w:tblPr>
        <w:tblW w:type="auto" w:w="0"/>
        <w:tblLayout w:type="fixed"/>
        <w:tblLook w:firstColumn="1" w:firstRow="1" w:lastColumn="0" w:lastRow="0" w:noHBand="0" w:noVBand="1" w:val="04A0"/>
      </w:tblPr>
      <w:tblGrid>
        <w:gridCol w:w="2232"/>
        <w:gridCol w:w="8568"/>
      </w:tblGrid>
      <w:tr>
        <w:tc>
          <w:tcPr>
            <w:tcW w:type="dxa" w:w="2232"/>
          </w:tcPr>
          <w:p>
            <w:r>
              <w:rPr>
                <w:b/>
              </w:rPr>
              <w:t>Languages</w:t>
            </w:r>
          </w:p>
        </w:tc>
        <w:tc>
          <w:tcPr>
            <w:tcW w:type="dxa" w:w="8568"/>
          </w:tcPr>
          <w:p>
            <w:r>
              <w:t>JavaScript, TypeScript, Python, SQL</w:t>
            </w:r>
          </w:p>
        </w:tc>
      </w:tr>
      <w:tr>
        <w:tc>
          <w:tcPr>
            <w:tcW w:type="dxa" w:w="2232"/>
          </w:tcPr>
          <w:p>
            <w:r>
              <w:rPr>
                <w:b/>
              </w:rPr>
              <w:t>Frontend</w:t>
            </w:r>
          </w:p>
        </w:tc>
        <w:tc>
          <w:tcPr>
            <w:tcW w:type="dxa" w:w="8568"/>
          </w:tcPr>
          <w:p>
            <w:r>
              <w:t>React, Next.js, HTML, CSS</w:t>
            </w:r>
          </w:p>
        </w:tc>
      </w:tr>
      <w:tr>
        <w:tc>
          <w:tcPr>
            <w:tcW w:type="dxa" w:w="2232"/>
          </w:tcPr>
          <w:p>
            <w:r>
              <w:rPr>
                <w:b/>
              </w:rPr>
              <w:t>Backend</w:t>
            </w:r>
          </w:p>
        </w:tc>
        <w:tc>
          <w:tcPr>
            <w:tcW w:type="dxa" w:w="8568"/>
          </w:tcPr>
          <w:p>
            <w:r>
              <w:t>Node.js, Express, REST APIs</w:t>
            </w:r>
          </w:p>
        </w:tc>
      </w:tr>
      <w:tr>
        <w:tc>
          <w:tcPr>
            <w:tcW w:type="dxa" w:w="2232"/>
          </w:tcPr>
          <w:p>
            <w:r>
              <w:rPr>
                <w:b/>
              </w:rPr>
              <w:t>Databases</w:t>
            </w:r>
          </w:p>
        </w:tc>
        <w:tc>
          <w:tcPr>
            <w:tcW w:type="dxa" w:w="8568"/>
          </w:tcPr>
          <w:p>
            <w:r>
              <w:t>Supabase, PostgreSQL, Firebase</w:t>
            </w:r>
          </w:p>
        </w:tc>
      </w:tr>
      <w:tr>
        <w:tc>
          <w:tcPr>
            <w:tcW w:type="dxa" w:w="2232"/>
          </w:tcPr>
          <w:p>
            <w:r>
              <w:rPr>
                <w:b/>
              </w:rPr>
              <w:t>AI &amp; Automation</w:t>
            </w:r>
          </w:p>
        </w:tc>
        <w:tc>
          <w:tcPr>
            <w:tcW w:type="dxa" w:w="8568"/>
          </w:tcPr>
          <w:p>
            <w:r>
              <w:t>AI Agents, OpenAI APIs, n8n, Workflow Automation, Prompt Engineering</w:t>
            </w:r>
          </w:p>
        </w:tc>
      </w:tr>
      <w:tr>
        <w:tc>
          <w:tcPr>
            <w:tcW w:type="dxa" w:w="2232"/>
          </w:tcPr>
          <w:p>
            <w:r>
              <w:rPr>
                <w:b/>
              </w:rPr>
              <w:t>DevOps &amp; Cloud</w:t>
            </w:r>
          </w:p>
        </w:tc>
        <w:tc>
          <w:tcPr>
            <w:tcW w:type="dxa" w:w="8568"/>
          </w:tcPr>
          <w:p>
            <w:r>
              <w:t>Docker, GitHub, Vercel</w:t>
            </w:r>
          </w:p>
        </w:tc>
      </w:tr>
      <w:tr>
        <w:tc>
          <w:tcPr>
            <w:tcW w:type="dxa" w:w="2232"/>
          </w:tcPr>
          <w:p>
            <w:r>
              <w:rPr>
                <w:b/>
              </w:rPr>
              <w:t>Integrations</w:t>
            </w:r>
          </w:p>
        </w:tc>
        <w:tc>
          <w:tcPr>
            <w:tcW w:type="dxa" w:w="8568"/>
          </w:tcPr>
          <w:p>
            <w:r>
              <w:t>Shopify, Third-Party APIs</w:t>
            </w:r>
          </w:p>
        </w:tc>
      </w:tr>
    </w:tbl>
    <w:p>
      <w:pPr>
        <w:spacing w:before="140" w:after="60"/>
      </w:pPr>
      <w:r>
        <w:rPr>
          <w:b/>
          <w:sz w:val="22"/>
        </w:rPr>
        <w:t>PROFESSIONAL EXPERIENCE</w:t>
      </w:r>
    </w:p>
    <w:p>
      <w:pPr>
        <w:spacing w:after="20"/>
      </w:pPr>
      <w:r>
        <w:rPr>
          <w:b/>
          <w:sz w:val="21"/>
        </w:rPr>
        <w:t>Freelance Full Stack Developer &amp; AI Automation Engineer</w:t>
      </w:r>
    </w:p>
    <w:p>
      <w:pPr>
        <w:spacing w:after="60"/>
      </w:pPr>
      <w:r>
        <w:t>Freelance | Nigeria</w:t>
      </w:r>
    </w:p>
    <w:p>
      <w:pPr>
        <w:spacing w:after="30"/>
        <w:ind w:left="259" w:hanging="173"/>
      </w:pPr>
      <w:r>
        <w:rPr>
          <w:b/>
        </w:rPr>
        <w:t xml:space="preserve">• </w:t>
      </w:r>
      <w:r>
        <w:t>Designed, developed, deployed, and maintained web applications and automation solutions for clients, focusing on reliability, scalability, and business value.</w:t>
      </w:r>
    </w:p>
    <w:p>
      <w:pPr>
        <w:spacing w:after="30"/>
        <w:ind w:left="259" w:hanging="173"/>
      </w:pPr>
      <w:r>
        <w:rPr>
          <w:b/>
        </w:rPr>
        <w:t xml:space="preserve">• </w:t>
      </w:r>
      <w:r>
        <w:t>Built automated business workflows integrating AI models, APIs, and notifications.</w:t>
      </w:r>
    </w:p>
    <w:p>
      <w:pPr>
        <w:spacing w:after="30"/>
        <w:ind w:left="259" w:hanging="173"/>
      </w:pPr>
      <w:r>
        <w:rPr>
          <w:b/>
        </w:rPr>
        <w:t xml:space="preserve">• </w:t>
      </w:r>
      <w:r>
        <w:t>Developed responsive full-stack applications with authentication, dashboards, and cloud deployment.</w:t>
      </w:r>
    </w:p>
    <w:p>
      <w:pPr>
        <w:spacing w:after="30"/>
        <w:ind w:left="259" w:hanging="173"/>
      </w:pPr>
      <w:r>
        <w:rPr>
          <w:b/>
        </w:rPr>
        <w:t xml:space="preserve">• </w:t>
      </w:r>
      <w:r>
        <w:t>Connected third-party services to streamline e-commerce operations through Shopify and API integrations.</w:t>
      </w:r>
    </w:p>
    <w:p>
      <w:pPr>
        <w:spacing w:after="30"/>
        <w:ind w:left="259" w:hanging="173"/>
      </w:pPr>
      <w:r>
        <w:rPr>
          <w:b/>
        </w:rPr>
        <w:t xml:space="preserve">• </w:t>
      </w:r>
      <w:r>
        <w:t>Configured GitHub, Docker, and Vercel deployment pipelines for application delivery.</w:t>
      </w:r>
    </w:p>
    <w:p>
      <w:pPr>
        <w:spacing w:after="30"/>
        <w:ind w:left="259" w:hanging="173"/>
      </w:pPr>
      <w:r>
        <w:rPr>
          <w:b/>
        </w:rPr>
        <w:t xml:space="preserve">• </w:t>
      </w:r>
      <w:r>
        <w:t>Debugged and maintained software solutions while integrating third-party services and cloud infrastructure.</w:t>
      </w:r>
    </w:p>
    <w:p>
      <w:pPr>
        <w:spacing w:before="140" w:after="60"/>
      </w:pPr>
      <w:r>
        <w:rPr>
          <w:b/>
          <w:sz w:val="22"/>
        </w:rPr>
        <w:t>SELECTED PROJECTS</w:t>
      </w:r>
    </w:p>
    <w:p>
      <w:pPr>
        <w:spacing w:after="20"/>
      </w:pPr>
      <w:r>
        <w:rPr>
          <w:b/>
        </w:rPr>
        <w:t xml:space="preserve">AI Workflow Automation — </w:t>
      </w:r>
      <w:r>
        <w:t>Built automated business workflows integrating AI models, APIs, and notifications.</w:t>
      </w:r>
    </w:p>
    <w:p>
      <w:pPr>
        <w:spacing w:after="20"/>
      </w:pPr>
      <w:r>
        <w:rPr>
          <w:b/>
        </w:rPr>
        <w:t xml:space="preserve">AI Web Applications — </w:t>
      </w:r>
      <w:r>
        <w:t>Developed responsive full-stack applications with authentication, dashboards, and cloud deployment.</w:t>
      </w:r>
    </w:p>
    <w:p>
      <w:pPr>
        <w:spacing w:after="20"/>
      </w:pPr>
      <w:r>
        <w:rPr>
          <w:b/>
        </w:rPr>
        <w:t xml:space="preserve">Shopify &amp; API Integrations — </w:t>
      </w:r>
      <w:r>
        <w:t>Connected third-party services to streamline e-commerce operations.</w:t>
      </w:r>
    </w:p>
    <w:p>
      <w:pPr>
        <w:spacing w:after="20"/>
      </w:pPr>
      <w:r>
        <w:rPr>
          <w:b/>
        </w:rPr>
        <w:t xml:space="preserve">Deployment &amp; DevOps — </w:t>
      </w:r>
      <w:r>
        <w:t>Configured GitHub, Docker, and Vercel deployment pipelines.</w:t>
      </w:r>
    </w:p>
    <w:p>
      <w:pPr>
        <w:spacing w:before="140" w:after="60"/>
      </w:pPr>
      <w:r>
        <w:rPr>
          <w:b/>
          <w:sz w:val="22"/>
        </w:rPr>
        <w:t>CORE STRENGTHS</w:t>
      </w:r>
    </w:p>
    <w:p>
      <w:pPr>
        <w:spacing w:after="40"/>
      </w:pPr>
      <w:r>
        <w:t>Problem Solving  •  Communication  •  Debugging  •  Software Architecture  •  Teamwork  •  Continuous Learning  •  Cloud Deployment  •  Database Design</w:t>
      </w:r>
    </w:p>
    <w:p>
      <w:pPr>
        <w:spacing w:before="140" w:after="60"/>
      </w:pPr>
      <w:r>
        <w:rPr>
          <w:b/>
          <w:sz w:val="22"/>
        </w:rPr>
        <w:t>TARGET ROLES</w:t>
      </w:r>
    </w:p>
    <w:p>
      <w:pPr>
        <w:spacing w:after="40"/>
      </w:pPr>
      <w:r>
        <w:t>Full Stack Developer  •  AI Automation Engineer  •  AI Solutions Engineer  •  Software Engineer  •  API Integration Engineer  •  Workflow Automation Engineer</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Shedrack Ebuka | Full Stack Developer &amp; AI Automation Engineer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